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לקריאת יצירות ספרות - מסלול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הכלים שעוזרים בקריאת יצירה: משפטים קצרים, מילון,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נפוצות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לענות על שאלות מידע פשוטות על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מהו הכלי?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להסביר מילים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משפט עם מעט מילים וקל להבנה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המטרה של המילון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משפטים קצרים דווקא מקלים על ההבנה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מילות קישור עובדות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עם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כלי ומטרתו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(הסבר על מילים קשות)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(עוזר להבין את הטקסט בקלות)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(מחברת בין חלקי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(בודקת הבנה של הסיפור)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קוראים יצירה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המשפטים הקצרים של 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לוחצים על מילה קשה כדי לראות הסבר במילון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משתמשים במחסן מילות הקישור בכתיבה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עונים על שאלות המידע על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עם מילת הקישור, למשל: הוא הלך לבית הספר למרות שהיה עייף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שהמילון מסביר מילים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מילת קישור כמו כי/אבל/לכן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שמשפטים קצרים מקלים על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המשפטים הקצרים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שימוש במילון הלחיץ על מילה אחת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מומלץ לתרגל מילות קישור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ספרות לכיתה ח׳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לקריאת יצירות ספרות - מסלול עולים חדשים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במסלול לכיתה ח׳ לעולים חדשים כל יצירה בנויה בעזרת כלים שעוזרים להבין טוב יותר: משפטים קצרים, מילון לחיץ, מחסן מילות קישור ושאלות מידע.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לכן  ·  כי  ·  אבל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מהו הכלי?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מטרת המילון הלחיץ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להסביר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לשנות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להוסיף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'משפט קצר' בדף תרגול?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עם הרבה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משפט עם מעט מילים וקל להבנה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 באנגלית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מילון לחיץ עוזר להבין מילים קשות בטקסט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משפטים קצרים הופכים את הקריאה לקשה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קישור יכולה לחבר בין שני רעיונות במשפט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 עם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הוא לא הלך לבית הספר __________ הוא היה 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היא רצתה לקרוא, __________ לא היה לה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למדתי הרבה, __________ קיבלתי ציון טוב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כלי ומטרתו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מילון לחיץ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עוזר להבין את הטקסט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משפט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הסבר על מילים קשות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בודקת הבנה של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שאלת מידע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מחברת בין חלקי 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איך קוראים יצירה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עונים על שאלות המידע על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משתמשים במחסן מילות הקישור בכתיבה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המשפטים הקצרים של היצירה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לוחצים על מילה קשה כדי לראות הסבר במילון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שמשתמש במילת הקישור 'למרות ש'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מטרת המילון הלחיץ?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למילת קישור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כלים לקריאת יצירות ספרות - מסלול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