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לקריאת יצירות ספרות - מסלול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הכלים שעוזרים בקריאת יצירה: משפטים קצרים, מילון,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נפוצות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מידע פשוטות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מהו הכלי?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להסביר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משפט עם מעט מילים וקל להבנה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מילה שמחברת בין חלקי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לבדוק הבנה של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המטרה של המילון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משפטים קצרים דווקא מקלים על ההבנה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מילות קישור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שאלות מידע מבוססות על מה שכתוב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עם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כלי ומטרתו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(הסבר על מילים קשות)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(עוזר להבין את הטקסט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(מחברת בין חלקי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(בודקת הבנה של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(רשימת מילים לשימוש בכתיבה)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קוראים יצירה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המשפטים הקצרים של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מילה קשה כדי לראות הסבר במילון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משתמשים במחסן מילות הקישור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 על שאלות המידע על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מילת הקישור, למשל: הוא הלך לבית הספר למרות שהיה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מסביר מילים קשות בשפה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שהמילון מסביר מילים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מילת קישור כמו כי/אבל/לכן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שמשפטים קצרים מקלים על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המשפטים הקצרים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שימוש במילון הלחיץ על מילה אחת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מומלץ לתרגל מילות קישור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לקריאת יצירות ספרות - מסלול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דף מיוחד. בדף יש משפטים קצרים. יש מילון שעוזר להבין מילים. יש גם מילות קישור. ויש שאלות קלות על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קצר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עם מעט מילים, קל להבנה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מילון לחיץ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עם הסבר פשוט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שני חלקים במשפט, כמו: כי, אבל,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שהתשובה שלה נמצאת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סיפור, שיר או קטע ספרות שלומדים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לימוד מיוחדת לפי הצורך של התלמיד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מחסן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של מילים שאפשר להשתמש בהן בכתיבה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מהו הכלי?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יש מילון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לשנות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לקצר את המשפטים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משפט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עם הרבה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עם מעט מילים וקל להבנה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ללא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מילת 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שמסיימת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שמחברת בין חלקי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שאין לה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דמות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יש שאלות מידע?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זיכרון של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הבנה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ללמד דקדוק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מילון לחיץ עוזר להבין מילים קשות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משפטים קצרים הופכים את הקריאה לקשה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קישור יכולה לחבר בין שני רעיונות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מידע מבוססות רק על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מחסן מילות הקישור בדף הוא צבעוני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עם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לא הלך לבית הספר __________ הוא היה 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רצתה לקרוא, __________ לא היה לה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למדתי הרבה, __________ קיבלתי ציון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אכלתי __________ שתיתי לפני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חיכה __________ חברו הגיע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כלי ומטרתו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מילון לחיץ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להבין את הטקסט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משפט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רשימת מילים לשימוש בכתיבה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 על מילים קשות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שאלת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מחברת בין חלקי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מחסן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בודקת הבנה של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איך קוראים יצירה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משתמשים במחסן מילות הקישור בכתיבה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מילה קשה כדי לראות הסבר במילון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שאלות המידע על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המשפטים הקצרים של היצירה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שמשתמש במילת הקישור 'למרות ש'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פשוטות למה מילון לחיץ עוזר לתלמיד חדש בעברית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המילון הלחיץ?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לקרוא משפטים קצרים כשלומדים שפה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כלים לקריאת יצירות ספרות - מסלול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