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שעוזרים בקריאת יצירה: משפטים קצרים, מילון,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נפוצות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מידע פשוטות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הכלי?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להסביר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עם מעט מילים וקל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שמחברת בין חלקי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לבדוק הבנה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המילון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משפטים קצרים דווקא מקלים על ההבנה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מילות קישור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שאלות מידע מבוססות על מה שכתוב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(הסבר על מילים 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(עוזר להבין את הטקסט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(מחברת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(בודקת הבנה של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(רשימת מילים לשימוש בכתיבה)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קוראים יצירה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המשפטים הקצרים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מילה קשה כדי לראות הסבר במילון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משתמשים במחסן מילות הקישור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המידע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הקישור, למשל: הוא הלך לבית הספר למרות שהיה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מסביר מילים קשות בשפה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שהמילון מסביר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מילת קישור כמו כי/אבל/לכן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שמשפטים קצרים מקלים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הקצרים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שימוש במילון הלחיץ על מילה אחת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לתרגל מילות קישור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במסלול לכיתה ח׳ לעולים חדשים כל יצירה בנויה בעזרת כלים שעוזרים להבין טוב יותר: משפטים קצרים, מילון לחיץ, מחסן מילות קישור ושאלות מידע.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מהו הכלי?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המילון הלחיץ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'משפט קצר' בדף 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עם הרבה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עם מעט מילים וקל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ללא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שמסיימת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שמחברת בין חלקי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שאין לה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שאלות המידע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זיכרון של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הבנה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לחיץ עוזר להבין מילים קשות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קצרים הופכים את הקריאה לקשה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יכולה לחבר בין שני רעיונות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מידע מבוססות רק על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מילות הקישור בדף הוא צבעוני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לא הלך לבית הספר __________ הוא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רצתה לקרוא, __________ לא היה לה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למדתי הרבה, __________ קיבלתי ציון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אכלתי __________ שתיתי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חיכה __________ חברו הגיע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מילון לחיץ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להבין את הטקסט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על מילים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בודקת הבנה של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מילים לשימוש בכתיבה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מחסן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מחברת בין חלקי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קוראים יצירה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מילה קשה כדי לראות הסבר במילון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המידע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המשפטים הקצרים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במחסן מילות הקישור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במילת הקישור 'למרות 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פשוטות למה מילון לחיץ עוזר לתלמיד חדש בעברית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המילון הלחיץ?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לקרוא משפטים קצרים כשלומדים שפה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לקריאת יצירות ספרות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